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4532D"/>
          <w:sz w:val="24"/>
        </w:rPr>
        <w:t>JALF — Journal of Agriculture, Livestock and Fisheries</w:t>
      </w:r>
    </w:p>
    <w:p>
      <w:pPr>
        <w:spacing w:after="20" w:before="0"/>
      </w:pPr>
      <w:r>
        <w:rPr>
          <w:b w:val="0"/>
          <w:i/>
          <w:color w:val="4A5560"/>
          <w:sz w:val="20"/>
        </w:rPr>
        <w:t>Food, Land and Living Resources</w:t>
      </w:r>
    </w:p>
    <w:p>
      <w:pPr>
        <w:spacing w:after="40" w:before="0"/>
      </w:pPr>
      <w:r>
        <w:rPr>
          <w:b w:val="0"/>
          <w:i w:val="0"/>
          <w:color w:val="4A5560"/>
          <w:sz w:val="16"/>
        </w:rPr>
        <w:t>MANUSCRIPT TEMPLATE  ·  Research Center Progresif  ·  researchcenterprogresif.org</w:t>
      </w:r>
    </w:p>
    <w:p>
      <w:pPr>
        <w:spacing w:after="200"/>
        <w:pBdr>
          <w:bottom w:val="single" w:sz="12" w:color="14532D" w:space="1"/>
        </w:pBdr>
      </w:pPr>
    </w:p>
    <w:p>
      <w:pPr>
        <w:keepNext/>
        <w:spacing w:after="80" w:before="0"/>
      </w:pPr>
      <w:r>
        <w:rPr>
          <w:b/>
          <w:i w:val="0"/>
          <w:smallCaps/>
          <w:color w:val="14532D"/>
          <w:sz w:val="20"/>
        </w:rPr>
        <w:t>BEFORE YOU START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Citation style: CSE name–year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Length: 5,000–8,000 words excluding references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Language: title, abstract, keywords and full text in English.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Declare your article type at submission — requirements differ by type.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Scientific names in full with authority at first mention, italicised thereafter.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State the cultivar, breed or strain, and the source of the material.</w:t>
      </w:r>
    </w:p>
    <w:p>
      <w:pPr>
        <w:pStyle w:val="ListBullet"/>
        <w:spacing w:after="40"/>
      </w:pPr>
      <w:r>
        <w:rPr>
          <w:rFonts w:ascii="Calibri" w:hAnsi="Calibri"/>
          <w:sz w:val="19"/>
        </w:rPr>
        <w:t>Give the season and the agro-ecological zone of the trial.</w:t>
      </w:r>
    </w:p>
    <w:p>
      <w:pPr>
        <w:keepNext/>
        <w:spacing w:after="60" w:before="160"/>
      </w:pPr>
      <w:r>
        <w:rPr>
          <w:b/>
          <w:i w:val="0"/>
          <w:smallCaps/>
          <w:color w:val="14532D"/>
          <w:sz w:val="20"/>
        </w:rPr>
        <w:t>ANONYMITY — READ THIS FIRST</w:t>
      </w:r>
    </w:p>
    <w:p>
      <w:pPr>
        <w:spacing w:after="200"/>
      </w:pPr>
      <w:r>
        <w:rPr>
          <w:sz w:val="19"/>
        </w:rPr>
        <w:t>This file must contain NO author name, affiliation, e-mail, or self-identifying acknowledgement. Those are supplied separately on the title page and in the submission form. Remove identifying metadata from the file properties before uploading.</w:t>
      </w:r>
    </w:p>
    <w:p>
      <w:pPr>
        <w:spacing w:after="240"/>
        <w:pBdr>
          <w:bottom w:val="single" w:sz="6" w:color="C9CDD3" w:space="1"/>
        </w:pBdr>
      </w:pPr>
    </w:p>
    <w:p>
      <w:pPr>
        <w:keepNext/>
        <w:spacing w:after="120" w:before="0"/>
      </w:pPr>
      <w:r>
        <w:rPr>
          <w:b/>
          <w:i w:val="0"/>
          <w:smallCaps/>
          <w:color w:val="14532D"/>
          <w:sz w:val="18"/>
        </w:rPr>
        <w:t>HOW YOUR ARTICLE WILL BE SET</w:t>
      </w:r>
    </w:p>
    <w:p>
      <w:pPr>
        <w:spacing w:after="120" w:before="0"/>
      </w:pPr>
      <w:r>
        <w:rPr>
          <w:b/>
          <w:i w:val="0"/>
          <w:color w:val="14532D"/>
          <w:sz w:val="16"/>
        </w:rPr>
        <w:t>TITLE OF THE MANUSCRIPT</w:t>
      </w:r>
    </w:p>
    <w:p>
      <w:pPr>
        <w:spacing w:after="160" w:before="0"/>
      </w:pPr>
      <w:r>
        <w:rPr>
          <w:b/>
          <w:i w:val="0"/>
          <w:sz w:val="30"/>
        </w:rPr>
        <w:t>Replace this line. Specific, and readable by someone outside your sub-field.</w:t>
      </w:r>
    </w:p>
    <w:p>
      <w:pPr>
        <w:spacing w:after="40" w:before="0"/>
      </w:pPr>
      <w:r>
        <w:rPr>
          <w:b/>
          <w:i w:val="0"/>
          <w:sz w:val="23"/>
        </w:rPr>
        <w:t>Author Name, Degree¹*</w:t>
      </w:r>
    </w:p>
    <w:p>
      <w:pPr>
        <w:spacing w:after="20" w:before="0"/>
      </w:pPr>
      <w:r>
        <w:rPr>
          <w:b w:val="0"/>
          <w:i/>
          <w:color w:val="4A5560"/>
          <w:sz w:val="18"/>
        </w:rPr>
        <w:t>¹ Institution, City, Country</w:t>
      </w:r>
    </w:p>
    <w:p>
      <w:pPr>
        <w:spacing w:after="200" w:before="0"/>
      </w:pPr>
      <w:r>
        <w:rPr>
          <w:b w:val="0"/>
          <w:i w:val="0"/>
          <w:color w:val="4A5560"/>
          <w:sz w:val="18"/>
        </w:rPr>
        <w:t>* Corresponding author: name@institution.ac.id</w:t>
      </w:r>
    </w:p>
    <w:p>
      <w:pPr>
        <w:keepNext/>
        <w:spacing w:after="60" w:before="0"/>
      </w:pPr>
      <w:r>
        <w:rPr>
          <w:b/>
          <w:i w:val="0"/>
          <w:smallCaps/>
          <w:color w:val="14532D"/>
          <w:sz w:val="19"/>
        </w:rPr>
        <w:t>ABSTRACT</w:t>
      </w:r>
    </w:p>
    <w:p>
      <w:pPr>
        <w:spacing w:after="80"/>
        <w:ind w:left="510" w:right="510"/>
        <w:jc w:val="both"/>
      </w:pPr>
      <w:r>
        <w:rPr>
          <w:i/>
          <w:sz w:val="19"/>
        </w:rPr>
        <w:t>Unstructured, 200–250 words. State the question, the approach, the principal finding and what it changes.</w:t>
      </w:r>
    </w:p>
    <w:p>
      <w:pPr>
        <w:spacing w:after="200"/>
        <w:ind w:left="510" w:right="510"/>
      </w:pPr>
      <w:r>
        <w:rPr>
          <w:b/>
          <w:smallCaps/>
          <w:sz w:val="19"/>
        </w:rPr>
        <w:t xml:space="preserve">Keywords: </w:t>
      </w:r>
      <w:r>
        <w:rPr>
          <w:i/>
          <w:sz w:val="19"/>
        </w:rPr>
        <w:t>three to six terms; separated by semicolons</w:t>
      </w:r>
    </w:p>
    <w:p>
      <w:pPr>
        <w:spacing w:after="200" w:before="0"/>
      </w:pPr>
      <w:r>
        <w:rPr>
          <w:b w:val="0"/>
          <w:i/>
          <w:color w:val="4A5560"/>
          <w:sz w:val="17"/>
        </w:rPr>
        <w:t>Repeat the abstract and keywords in Indonesian (Abstrak, Kata kunci).</w:t>
      </w:r>
    </w:p>
    <w:p>
      <w:pPr>
        <w:spacing w:after="160"/>
        <w:pBdr>
          <w:bottom w:val="single" w:sz="6" w:color="C9CDD3" w:space="1"/>
        </w:pBdr>
      </w:pPr>
    </w:p>
    <w:p>
      <w:pPr>
        <w:keepNext/>
        <w:spacing w:after="80" w:before="200"/>
      </w:pPr>
      <w:r>
        <w:rPr>
          <w:b/>
          <w:i w:val="0"/>
          <w:color w:val="14532D"/>
          <w:sz w:val="23"/>
        </w:rPr>
        <w:t>1. Introduction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14532D"/>
          <w:sz w:val="23"/>
        </w:rPr>
        <w:t>2. Materials and Methods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14532D"/>
          <w:sz w:val="23"/>
        </w:rPr>
        <w:t>3. Results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14532D"/>
          <w:sz w:val="23"/>
        </w:rPr>
        <w:t>4. Discussion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80" w:before="200"/>
      </w:pPr>
      <w:r>
        <w:rPr>
          <w:b/>
          <w:i w:val="0"/>
          <w:color w:val="14532D"/>
          <w:sz w:val="23"/>
        </w:rPr>
        <w:t>5. Conclusion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14532D"/>
          <w:sz w:val="22"/>
        </w:rPr>
        <w:t>Animal Ethics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Approval number and the body that issued it, or state that no animals were used.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14532D"/>
          <w:sz w:val="22"/>
        </w:rPr>
        <w:t>Permits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Collection, transport and access permits, with numbers.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14532D"/>
          <w:sz w:val="22"/>
        </w:rPr>
        <w:t>References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CSE name–year, alphabetical by first author.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keepNext/>
        <w:spacing w:after="60" w:before="200"/>
      </w:pPr>
      <w:r>
        <w:rPr>
          <w:b/>
          <w:i w:val="0"/>
          <w:color w:val="14532D"/>
          <w:sz w:val="22"/>
        </w:rPr>
        <w:t>Declarations</w:t>
      </w:r>
    </w:p>
    <w:p>
      <w:pPr>
        <w:spacing w:after="60" w:before="0"/>
      </w:pPr>
      <w:r>
        <w:rPr>
          <w:b w:val="0"/>
          <w:i/>
          <w:color w:val="4A5560"/>
          <w:sz w:val="18"/>
        </w:rPr>
        <w:t>Competing interests · Funding · Data availability · Acknowledgements · Use of AI.</w:t>
      </w:r>
    </w:p>
    <w:p>
      <w:pPr>
        <w:spacing w:after="160"/>
      </w:pPr>
      <w:r>
        <w:rPr>
          <w:i/>
          <w:color w:val="96A0AC"/>
        </w:rPr>
        <w:t>[ … ]</w:t>
      </w:r>
    </w:p>
    <w:p>
      <w:pPr>
        <w:spacing w:after="120"/>
        <w:pBdr>
          <w:top w:val="single" w:sz="6" w:color="C9CDD3" w:space="1"/>
        </w:pBdr>
      </w:pPr>
    </w:p>
    <w:p>
      <w:pPr>
        <w:spacing w:after="80" w:before="0"/>
      </w:pPr>
      <w:r>
        <w:rPr>
          <w:b w:val="0"/>
          <w:i w:val="0"/>
          <w:color w:val="4A5560"/>
          <w:sz w:val="16"/>
        </w:rPr>
        <w:t>JALF · No submission fee and no publication fee during the founding period · Open access under CC BY-SA 4.0 · Double-anonymous peer review</w:t>
      </w:r>
    </w:p>
    <w:sectPr w:rsidR="00FC693F" w:rsidRPr="0006063C" w:rsidSect="00034616">
      <w:pgSz w:w="12240" w:h="15840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